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34D133" w14:textId="77777777" w:rsidR="00FA48AA" w:rsidRDefault="00000000">
      <w:pPr>
        <w:pStyle w:val="Heading1"/>
      </w:pPr>
      <w:r>
        <w:t>7CO03 Student Templates</w:t>
      </w:r>
    </w:p>
    <w:p w14:paraId="594A8B22" w14:textId="77777777" w:rsidR="00FA48AA" w:rsidRDefault="00000000">
      <w:pPr>
        <w:pStyle w:val="Heading2"/>
      </w:pPr>
      <w:r>
        <w:t>1. STARL Template</w:t>
      </w:r>
    </w:p>
    <w:p w14:paraId="1BC88FFD" w14:textId="2CD2C102" w:rsidR="00FA48AA" w:rsidRDefault="00000000">
      <w:pPr>
        <w:pStyle w:val="Heading3"/>
      </w:pPr>
      <w:r>
        <w:t>Situation</w:t>
      </w:r>
      <w:r w:rsidR="006534A8">
        <w:t xml:space="preserve">- what happened? </w:t>
      </w:r>
    </w:p>
    <w:p w14:paraId="7848A151" w14:textId="77777777" w:rsidR="00FA48AA" w:rsidRDefault="00000000">
      <w:r>
        <w:t>__________________________________________________________</w:t>
      </w:r>
      <w:r>
        <w:br/>
        <w:t>__________________________________________________________</w:t>
      </w:r>
      <w:r>
        <w:br/>
        <w:t>__________________________________________________________</w:t>
      </w:r>
      <w:r>
        <w:br/>
      </w:r>
    </w:p>
    <w:p w14:paraId="15619A69" w14:textId="73E724FC" w:rsidR="00FA48AA" w:rsidRDefault="00000000">
      <w:pPr>
        <w:pStyle w:val="Heading3"/>
      </w:pPr>
      <w:r>
        <w:t>Task</w:t>
      </w:r>
      <w:r w:rsidR="006534A8">
        <w:t xml:space="preserve">- what was your responsibility? Which </w:t>
      </w:r>
      <w:proofErr w:type="spellStart"/>
      <w:r w:rsidR="006534A8">
        <w:t>behaviours</w:t>
      </w:r>
      <w:proofErr w:type="spellEnd"/>
      <w:r w:rsidR="006534A8">
        <w:t xml:space="preserve"> did you demonstrate? </w:t>
      </w:r>
    </w:p>
    <w:p w14:paraId="5C6D7CE5" w14:textId="77777777" w:rsidR="00FA48AA" w:rsidRDefault="00000000">
      <w:r>
        <w:t>__________________________________________________________</w:t>
      </w:r>
      <w:r>
        <w:br/>
        <w:t>__________________________________________________________</w:t>
      </w:r>
      <w:r>
        <w:br/>
        <w:t>__________________________________________________________</w:t>
      </w:r>
      <w:r>
        <w:br/>
      </w:r>
    </w:p>
    <w:p w14:paraId="6F5D335B" w14:textId="6307EC1F" w:rsidR="00FA48AA" w:rsidRDefault="00000000">
      <w:pPr>
        <w:pStyle w:val="Heading3"/>
      </w:pPr>
      <w:r>
        <w:t>Action (What did YOU do? Why?)</w:t>
      </w:r>
      <w:r w:rsidR="006534A8">
        <w:t xml:space="preserve"> alternatives? Theory to explain your decisions? </w:t>
      </w:r>
    </w:p>
    <w:p w14:paraId="658825EA" w14:textId="77777777" w:rsidR="00FA48AA" w:rsidRDefault="00000000">
      <w:r>
        <w:t>__________________________________________________________</w:t>
      </w:r>
      <w:r>
        <w:br/>
        <w:t>__________________________________________________________</w:t>
      </w:r>
      <w:r>
        <w:br/>
        <w:t>__________________________________________________________</w:t>
      </w:r>
      <w:r>
        <w:br/>
      </w:r>
    </w:p>
    <w:p w14:paraId="33236597" w14:textId="77777777" w:rsidR="00FA48AA" w:rsidRDefault="00000000">
      <w:pPr>
        <w:pStyle w:val="Heading3"/>
      </w:pPr>
      <w:r>
        <w:t>Result (Evidence of impact)</w:t>
      </w:r>
    </w:p>
    <w:p w14:paraId="6FFD14B0" w14:textId="77777777" w:rsidR="00FA48AA" w:rsidRDefault="00000000">
      <w:r>
        <w:t>__________________________________________________________</w:t>
      </w:r>
      <w:r>
        <w:br/>
        <w:t>__________________________________________________________</w:t>
      </w:r>
      <w:r>
        <w:br/>
        <w:t>__________________________________________________________</w:t>
      </w:r>
      <w:r>
        <w:br/>
      </w:r>
    </w:p>
    <w:p w14:paraId="5B0FA50A" w14:textId="071DC4AD" w:rsidR="00FA48AA" w:rsidRDefault="00000000">
      <w:pPr>
        <w:pStyle w:val="Heading3"/>
      </w:pPr>
      <w:r>
        <w:t>Learning (What would you do differently?)</w:t>
      </w:r>
      <w:r w:rsidR="006534A8">
        <w:t xml:space="preserve"> What did you learn? How will this influence your future practice? </w:t>
      </w:r>
    </w:p>
    <w:p w14:paraId="023B4947" w14:textId="77777777" w:rsidR="00FA48AA" w:rsidRDefault="00000000">
      <w:r>
        <w:t>__________________________________________________________</w:t>
      </w:r>
      <w:r>
        <w:br/>
        <w:t>__________________________________________________________</w:t>
      </w:r>
      <w:r>
        <w:br/>
        <w:t>__________________________________________________________</w:t>
      </w:r>
      <w:r>
        <w:br/>
      </w:r>
    </w:p>
    <w:p w14:paraId="33CA7870" w14:textId="77777777" w:rsidR="00FA48AA" w:rsidRDefault="00000000">
      <w:pPr>
        <w:pStyle w:val="Heading2"/>
      </w:pPr>
      <w:r>
        <w:t>3. Evidence Bank Template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9"/>
        <w:gridCol w:w="1439"/>
        <w:gridCol w:w="1438"/>
        <w:gridCol w:w="1438"/>
        <w:gridCol w:w="1438"/>
        <w:gridCol w:w="1438"/>
      </w:tblGrid>
      <w:tr w:rsidR="00FA48AA" w14:paraId="42444DCE" w14:textId="77777777" w:rsidTr="001375F7">
        <w:tc>
          <w:tcPr>
            <w:tcW w:w="1440" w:type="dxa"/>
          </w:tcPr>
          <w:p w14:paraId="797B1EE0" w14:textId="77777777" w:rsidR="00FA48AA" w:rsidRDefault="00000000">
            <w:r>
              <w:t>Experience</w:t>
            </w:r>
          </w:p>
        </w:tc>
        <w:tc>
          <w:tcPr>
            <w:tcW w:w="1440" w:type="dxa"/>
          </w:tcPr>
          <w:p w14:paraId="035C6E71" w14:textId="77777777" w:rsidR="00FA48AA" w:rsidRDefault="00000000">
            <w:r>
              <w:t>Behaviour</w:t>
            </w:r>
          </w:p>
        </w:tc>
        <w:tc>
          <w:tcPr>
            <w:tcW w:w="1440" w:type="dxa"/>
          </w:tcPr>
          <w:p w14:paraId="0C058A4B" w14:textId="77777777" w:rsidR="00FA48AA" w:rsidRDefault="00000000">
            <w:r>
              <w:t>Impact</w:t>
            </w:r>
          </w:p>
        </w:tc>
        <w:tc>
          <w:tcPr>
            <w:tcW w:w="1440" w:type="dxa"/>
          </w:tcPr>
          <w:p w14:paraId="4B971D49" w14:textId="77777777" w:rsidR="00FA48AA" w:rsidRDefault="00000000">
            <w:r>
              <w:t>Evidence</w:t>
            </w:r>
          </w:p>
        </w:tc>
        <w:tc>
          <w:tcPr>
            <w:tcW w:w="1440" w:type="dxa"/>
          </w:tcPr>
          <w:p w14:paraId="7F4B62A4" w14:textId="77777777" w:rsidR="00FA48AA" w:rsidRDefault="00000000">
            <w:r>
              <w:t>Theory</w:t>
            </w:r>
          </w:p>
        </w:tc>
        <w:tc>
          <w:tcPr>
            <w:tcW w:w="1440" w:type="dxa"/>
          </w:tcPr>
          <w:p w14:paraId="0A1427B7" w14:textId="77777777" w:rsidR="00FA48AA" w:rsidRDefault="00000000">
            <w:r>
              <w:t>Possible AC</w:t>
            </w:r>
          </w:p>
        </w:tc>
      </w:tr>
      <w:tr w:rsidR="00FA48AA" w14:paraId="387FA50C" w14:textId="77777777" w:rsidTr="001375F7">
        <w:tc>
          <w:tcPr>
            <w:tcW w:w="1440" w:type="dxa"/>
          </w:tcPr>
          <w:p w14:paraId="5169A5C3" w14:textId="77777777" w:rsidR="00FA48AA" w:rsidRDefault="00FA48AA"/>
        </w:tc>
        <w:tc>
          <w:tcPr>
            <w:tcW w:w="1440" w:type="dxa"/>
          </w:tcPr>
          <w:p w14:paraId="5D090015" w14:textId="77777777" w:rsidR="00FA48AA" w:rsidRDefault="00FA48AA"/>
        </w:tc>
        <w:tc>
          <w:tcPr>
            <w:tcW w:w="1440" w:type="dxa"/>
          </w:tcPr>
          <w:p w14:paraId="3D550217" w14:textId="77777777" w:rsidR="00FA48AA" w:rsidRDefault="00FA48AA"/>
        </w:tc>
        <w:tc>
          <w:tcPr>
            <w:tcW w:w="1440" w:type="dxa"/>
          </w:tcPr>
          <w:p w14:paraId="013E0BBE" w14:textId="77777777" w:rsidR="00FA48AA" w:rsidRDefault="00FA48AA"/>
        </w:tc>
        <w:tc>
          <w:tcPr>
            <w:tcW w:w="1440" w:type="dxa"/>
          </w:tcPr>
          <w:p w14:paraId="44553444" w14:textId="77777777" w:rsidR="00FA48AA" w:rsidRDefault="00FA48AA"/>
        </w:tc>
        <w:tc>
          <w:tcPr>
            <w:tcW w:w="1440" w:type="dxa"/>
          </w:tcPr>
          <w:p w14:paraId="13C2F00B" w14:textId="77777777" w:rsidR="00FA48AA" w:rsidRDefault="00FA48AA"/>
        </w:tc>
      </w:tr>
      <w:tr w:rsidR="00FA48AA" w14:paraId="5BDB5F08" w14:textId="77777777" w:rsidTr="001375F7">
        <w:tc>
          <w:tcPr>
            <w:tcW w:w="1440" w:type="dxa"/>
          </w:tcPr>
          <w:p w14:paraId="13EB890A" w14:textId="77777777" w:rsidR="00FA48AA" w:rsidRDefault="00FA48AA"/>
        </w:tc>
        <w:tc>
          <w:tcPr>
            <w:tcW w:w="1440" w:type="dxa"/>
          </w:tcPr>
          <w:p w14:paraId="4DF509A4" w14:textId="77777777" w:rsidR="00FA48AA" w:rsidRDefault="00FA48AA"/>
        </w:tc>
        <w:tc>
          <w:tcPr>
            <w:tcW w:w="1440" w:type="dxa"/>
          </w:tcPr>
          <w:p w14:paraId="4C7FBD95" w14:textId="77777777" w:rsidR="00FA48AA" w:rsidRDefault="00FA48AA"/>
        </w:tc>
        <w:tc>
          <w:tcPr>
            <w:tcW w:w="1440" w:type="dxa"/>
          </w:tcPr>
          <w:p w14:paraId="5B98D146" w14:textId="77777777" w:rsidR="00FA48AA" w:rsidRDefault="00FA48AA"/>
        </w:tc>
        <w:tc>
          <w:tcPr>
            <w:tcW w:w="1440" w:type="dxa"/>
          </w:tcPr>
          <w:p w14:paraId="10A14399" w14:textId="77777777" w:rsidR="00FA48AA" w:rsidRDefault="00FA48AA"/>
        </w:tc>
        <w:tc>
          <w:tcPr>
            <w:tcW w:w="1440" w:type="dxa"/>
          </w:tcPr>
          <w:p w14:paraId="15AAFDE8" w14:textId="77777777" w:rsidR="00FA48AA" w:rsidRDefault="00FA48AA"/>
        </w:tc>
      </w:tr>
      <w:tr w:rsidR="00FA48AA" w14:paraId="4DAEC24A" w14:textId="77777777" w:rsidTr="001375F7">
        <w:tc>
          <w:tcPr>
            <w:tcW w:w="1440" w:type="dxa"/>
          </w:tcPr>
          <w:p w14:paraId="09D9A720" w14:textId="77777777" w:rsidR="00FA48AA" w:rsidRDefault="00FA48AA"/>
        </w:tc>
        <w:tc>
          <w:tcPr>
            <w:tcW w:w="1440" w:type="dxa"/>
          </w:tcPr>
          <w:p w14:paraId="7DED3BB5" w14:textId="77777777" w:rsidR="00FA48AA" w:rsidRDefault="00FA48AA"/>
        </w:tc>
        <w:tc>
          <w:tcPr>
            <w:tcW w:w="1440" w:type="dxa"/>
          </w:tcPr>
          <w:p w14:paraId="11187ABB" w14:textId="77777777" w:rsidR="00FA48AA" w:rsidRDefault="00FA48AA"/>
        </w:tc>
        <w:tc>
          <w:tcPr>
            <w:tcW w:w="1440" w:type="dxa"/>
          </w:tcPr>
          <w:p w14:paraId="732901AA" w14:textId="77777777" w:rsidR="00FA48AA" w:rsidRDefault="00FA48AA"/>
        </w:tc>
        <w:tc>
          <w:tcPr>
            <w:tcW w:w="1440" w:type="dxa"/>
          </w:tcPr>
          <w:p w14:paraId="0731DDA2" w14:textId="77777777" w:rsidR="00FA48AA" w:rsidRDefault="00FA48AA"/>
        </w:tc>
        <w:tc>
          <w:tcPr>
            <w:tcW w:w="1440" w:type="dxa"/>
          </w:tcPr>
          <w:p w14:paraId="1F104188" w14:textId="77777777" w:rsidR="00FA48AA" w:rsidRDefault="00FA48AA"/>
        </w:tc>
      </w:tr>
      <w:tr w:rsidR="00FA48AA" w14:paraId="7B92711A" w14:textId="77777777" w:rsidTr="001375F7">
        <w:tc>
          <w:tcPr>
            <w:tcW w:w="1440" w:type="dxa"/>
          </w:tcPr>
          <w:p w14:paraId="44608073" w14:textId="77777777" w:rsidR="00FA48AA" w:rsidRDefault="00FA48AA"/>
        </w:tc>
        <w:tc>
          <w:tcPr>
            <w:tcW w:w="1440" w:type="dxa"/>
          </w:tcPr>
          <w:p w14:paraId="452CA760" w14:textId="77777777" w:rsidR="00FA48AA" w:rsidRDefault="00FA48AA"/>
        </w:tc>
        <w:tc>
          <w:tcPr>
            <w:tcW w:w="1440" w:type="dxa"/>
          </w:tcPr>
          <w:p w14:paraId="5D1DE16B" w14:textId="77777777" w:rsidR="00FA48AA" w:rsidRDefault="00FA48AA"/>
        </w:tc>
        <w:tc>
          <w:tcPr>
            <w:tcW w:w="1440" w:type="dxa"/>
          </w:tcPr>
          <w:p w14:paraId="5E5DB404" w14:textId="77777777" w:rsidR="00FA48AA" w:rsidRDefault="00FA48AA"/>
        </w:tc>
        <w:tc>
          <w:tcPr>
            <w:tcW w:w="1440" w:type="dxa"/>
          </w:tcPr>
          <w:p w14:paraId="4BCFD7BE" w14:textId="77777777" w:rsidR="00FA48AA" w:rsidRDefault="00FA48AA"/>
        </w:tc>
        <w:tc>
          <w:tcPr>
            <w:tcW w:w="1440" w:type="dxa"/>
          </w:tcPr>
          <w:p w14:paraId="7F946923" w14:textId="77777777" w:rsidR="00FA48AA" w:rsidRDefault="00FA48AA"/>
        </w:tc>
      </w:tr>
      <w:tr w:rsidR="00FA48AA" w14:paraId="2089CA36" w14:textId="77777777" w:rsidTr="001375F7">
        <w:tc>
          <w:tcPr>
            <w:tcW w:w="1440" w:type="dxa"/>
          </w:tcPr>
          <w:p w14:paraId="3C09E95B" w14:textId="77777777" w:rsidR="00FA48AA" w:rsidRDefault="00FA48AA"/>
        </w:tc>
        <w:tc>
          <w:tcPr>
            <w:tcW w:w="1440" w:type="dxa"/>
          </w:tcPr>
          <w:p w14:paraId="634A2C16" w14:textId="77777777" w:rsidR="00FA48AA" w:rsidRDefault="00FA48AA"/>
        </w:tc>
        <w:tc>
          <w:tcPr>
            <w:tcW w:w="1440" w:type="dxa"/>
          </w:tcPr>
          <w:p w14:paraId="2F8A34A4" w14:textId="77777777" w:rsidR="00FA48AA" w:rsidRDefault="00FA48AA"/>
        </w:tc>
        <w:tc>
          <w:tcPr>
            <w:tcW w:w="1440" w:type="dxa"/>
          </w:tcPr>
          <w:p w14:paraId="64123997" w14:textId="77777777" w:rsidR="00FA48AA" w:rsidRDefault="00FA48AA"/>
        </w:tc>
        <w:tc>
          <w:tcPr>
            <w:tcW w:w="1440" w:type="dxa"/>
          </w:tcPr>
          <w:p w14:paraId="2A3830AC" w14:textId="77777777" w:rsidR="00FA48AA" w:rsidRDefault="00FA48AA"/>
        </w:tc>
        <w:tc>
          <w:tcPr>
            <w:tcW w:w="1440" w:type="dxa"/>
          </w:tcPr>
          <w:p w14:paraId="48AFEFA8" w14:textId="77777777" w:rsidR="00FA48AA" w:rsidRDefault="00FA48AA"/>
        </w:tc>
      </w:tr>
      <w:tr w:rsidR="00FA48AA" w14:paraId="6FE67CFB" w14:textId="77777777" w:rsidTr="001375F7">
        <w:tc>
          <w:tcPr>
            <w:tcW w:w="1440" w:type="dxa"/>
          </w:tcPr>
          <w:p w14:paraId="611F4CB6" w14:textId="77777777" w:rsidR="00FA48AA" w:rsidRDefault="00FA48AA"/>
        </w:tc>
        <w:tc>
          <w:tcPr>
            <w:tcW w:w="1440" w:type="dxa"/>
          </w:tcPr>
          <w:p w14:paraId="08CECCD2" w14:textId="77777777" w:rsidR="00FA48AA" w:rsidRDefault="00FA48AA"/>
        </w:tc>
        <w:tc>
          <w:tcPr>
            <w:tcW w:w="1440" w:type="dxa"/>
          </w:tcPr>
          <w:p w14:paraId="00943A95" w14:textId="77777777" w:rsidR="00FA48AA" w:rsidRDefault="00FA48AA"/>
        </w:tc>
        <w:tc>
          <w:tcPr>
            <w:tcW w:w="1440" w:type="dxa"/>
          </w:tcPr>
          <w:p w14:paraId="519812A3" w14:textId="77777777" w:rsidR="00FA48AA" w:rsidRDefault="00FA48AA"/>
        </w:tc>
        <w:tc>
          <w:tcPr>
            <w:tcW w:w="1440" w:type="dxa"/>
          </w:tcPr>
          <w:p w14:paraId="520FCD02" w14:textId="77777777" w:rsidR="00FA48AA" w:rsidRDefault="00FA48AA"/>
        </w:tc>
        <w:tc>
          <w:tcPr>
            <w:tcW w:w="1440" w:type="dxa"/>
          </w:tcPr>
          <w:p w14:paraId="4338AA35" w14:textId="77777777" w:rsidR="00FA48AA" w:rsidRDefault="00FA48AA"/>
        </w:tc>
      </w:tr>
      <w:tr w:rsidR="00FA48AA" w14:paraId="5641082F" w14:textId="77777777" w:rsidTr="001375F7">
        <w:tc>
          <w:tcPr>
            <w:tcW w:w="1440" w:type="dxa"/>
          </w:tcPr>
          <w:p w14:paraId="78559F31" w14:textId="77777777" w:rsidR="00FA48AA" w:rsidRDefault="00FA48AA"/>
        </w:tc>
        <w:tc>
          <w:tcPr>
            <w:tcW w:w="1440" w:type="dxa"/>
          </w:tcPr>
          <w:p w14:paraId="07C91E4E" w14:textId="77777777" w:rsidR="00FA48AA" w:rsidRDefault="00FA48AA"/>
        </w:tc>
        <w:tc>
          <w:tcPr>
            <w:tcW w:w="1440" w:type="dxa"/>
          </w:tcPr>
          <w:p w14:paraId="499C416B" w14:textId="77777777" w:rsidR="00FA48AA" w:rsidRDefault="00FA48AA"/>
        </w:tc>
        <w:tc>
          <w:tcPr>
            <w:tcW w:w="1440" w:type="dxa"/>
          </w:tcPr>
          <w:p w14:paraId="0A8690B9" w14:textId="77777777" w:rsidR="00FA48AA" w:rsidRDefault="00FA48AA"/>
        </w:tc>
        <w:tc>
          <w:tcPr>
            <w:tcW w:w="1440" w:type="dxa"/>
          </w:tcPr>
          <w:p w14:paraId="676ABD6E" w14:textId="77777777" w:rsidR="00FA48AA" w:rsidRDefault="00FA48AA"/>
        </w:tc>
        <w:tc>
          <w:tcPr>
            <w:tcW w:w="1440" w:type="dxa"/>
          </w:tcPr>
          <w:p w14:paraId="04F215F5" w14:textId="77777777" w:rsidR="00FA48AA" w:rsidRDefault="00FA48AA"/>
        </w:tc>
      </w:tr>
      <w:tr w:rsidR="00FA48AA" w14:paraId="77E5C4C4" w14:textId="77777777" w:rsidTr="001375F7">
        <w:tc>
          <w:tcPr>
            <w:tcW w:w="1440" w:type="dxa"/>
          </w:tcPr>
          <w:p w14:paraId="17E3C50C" w14:textId="77777777" w:rsidR="00FA48AA" w:rsidRDefault="00FA48AA"/>
        </w:tc>
        <w:tc>
          <w:tcPr>
            <w:tcW w:w="1440" w:type="dxa"/>
          </w:tcPr>
          <w:p w14:paraId="180B2C43" w14:textId="77777777" w:rsidR="00FA48AA" w:rsidRDefault="00FA48AA"/>
        </w:tc>
        <w:tc>
          <w:tcPr>
            <w:tcW w:w="1440" w:type="dxa"/>
          </w:tcPr>
          <w:p w14:paraId="7FADC414" w14:textId="77777777" w:rsidR="00FA48AA" w:rsidRDefault="00FA48AA"/>
        </w:tc>
        <w:tc>
          <w:tcPr>
            <w:tcW w:w="1440" w:type="dxa"/>
          </w:tcPr>
          <w:p w14:paraId="484826E1" w14:textId="77777777" w:rsidR="00FA48AA" w:rsidRDefault="00FA48AA"/>
        </w:tc>
        <w:tc>
          <w:tcPr>
            <w:tcW w:w="1440" w:type="dxa"/>
          </w:tcPr>
          <w:p w14:paraId="13086A12" w14:textId="77777777" w:rsidR="00FA48AA" w:rsidRDefault="00FA48AA"/>
        </w:tc>
        <w:tc>
          <w:tcPr>
            <w:tcW w:w="1440" w:type="dxa"/>
          </w:tcPr>
          <w:p w14:paraId="44D9F055" w14:textId="77777777" w:rsidR="00FA48AA" w:rsidRDefault="00FA48AA"/>
        </w:tc>
      </w:tr>
    </w:tbl>
    <w:p w14:paraId="44BA95E1" w14:textId="77777777" w:rsidR="00FA48AA" w:rsidRDefault="00000000">
      <w:pPr>
        <w:pStyle w:val="Heading2"/>
      </w:pPr>
      <w:r>
        <w:t>4. Peer Coaching Questions</w:t>
      </w:r>
    </w:p>
    <w:p w14:paraId="4514AA2F" w14:textId="77777777" w:rsidR="00FA48AA" w:rsidRDefault="00000000">
      <w:pPr>
        <w:pStyle w:val="ListBullet"/>
      </w:pPr>
      <w:r>
        <w:t>What exactly did you do?</w:t>
      </w:r>
    </w:p>
    <w:p w14:paraId="44D1B7EC" w14:textId="77777777" w:rsidR="00FA48AA" w:rsidRDefault="00000000">
      <w:pPr>
        <w:pStyle w:val="ListBullet"/>
      </w:pPr>
      <w:r>
        <w:t>Why did you choose that approach?</w:t>
      </w:r>
    </w:p>
    <w:p w14:paraId="3C89B353" w14:textId="77777777" w:rsidR="00FA48AA" w:rsidRDefault="00000000">
      <w:pPr>
        <w:pStyle w:val="ListBullet"/>
      </w:pPr>
      <w:r>
        <w:t>How do you know it worked?</w:t>
      </w:r>
    </w:p>
    <w:p w14:paraId="09B141C9" w14:textId="77777777" w:rsidR="00FA48AA" w:rsidRDefault="00000000">
      <w:pPr>
        <w:pStyle w:val="ListBullet"/>
      </w:pPr>
      <w:r>
        <w:t>What evidence demonstrates success?</w:t>
      </w:r>
    </w:p>
    <w:p w14:paraId="70356C32" w14:textId="77777777" w:rsidR="00FA48AA" w:rsidRDefault="00000000">
      <w:pPr>
        <w:pStyle w:val="ListBullet"/>
      </w:pPr>
      <w:r>
        <w:t>What alternative approaches did you consider?</w:t>
      </w:r>
    </w:p>
    <w:p w14:paraId="4C84B280" w14:textId="77777777" w:rsidR="00FA48AA" w:rsidRDefault="00000000">
      <w:pPr>
        <w:pStyle w:val="ListBullet"/>
      </w:pPr>
      <w:r>
        <w:t>What would you improve if repeating the situation?</w:t>
      </w:r>
    </w:p>
    <w:p w14:paraId="19C0A767" w14:textId="77777777" w:rsidR="00FA48AA" w:rsidRDefault="00000000">
      <w:pPr>
        <w:pStyle w:val="ListBullet"/>
      </w:pPr>
      <w:r>
        <w:t>What literature could strengthen this reflection?</w:t>
      </w:r>
    </w:p>
    <w:sectPr w:rsidR="00FA48A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85442436">
    <w:abstractNumId w:val="8"/>
  </w:num>
  <w:num w:numId="2" w16cid:durableId="980429981">
    <w:abstractNumId w:val="6"/>
  </w:num>
  <w:num w:numId="3" w16cid:durableId="975840873">
    <w:abstractNumId w:val="5"/>
  </w:num>
  <w:num w:numId="4" w16cid:durableId="333581021">
    <w:abstractNumId w:val="4"/>
  </w:num>
  <w:num w:numId="5" w16cid:durableId="1128012683">
    <w:abstractNumId w:val="7"/>
  </w:num>
  <w:num w:numId="6" w16cid:durableId="1889760414">
    <w:abstractNumId w:val="3"/>
  </w:num>
  <w:num w:numId="7" w16cid:durableId="1256091919">
    <w:abstractNumId w:val="2"/>
  </w:num>
  <w:num w:numId="8" w16cid:durableId="212623099">
    <w:abstractNumId w:val="1"/>
  </w:num>
  <w:num w:numId="9" w16cid:durableId="91039067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75F7"/>
    <w:rsid w:val="0015074B"/>
    <w:rsid w:val="0029639D"/>
    <w:rsid w:val="00326F90"/>
    <w:rsid w:val="0050322E"/>
    <w:rsid w:val="006534A8"/>
    <w:rsid w:val="00AA1D8D"/>
    <w:rsid w:val="00B47730"/>
    <w:rsid w:val="00CB0664"/>
    <w:rsid w:val="00FA48AA"/>
    <w:rsid w:val="00FC659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0C14DB"/>
  <w14:defaultImageDpi w14:val="300"/>
  <w15:docId w15:val="{F915FD28-4852-BA4A-ABF9-A02E6D167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1454</Characters>
  <Application>Microsoft Office Word</Application>
  <DocSecurity>0</DocSecurity>
  <Lines>48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Lauren Brennan</cp:lastModifiedBy>
  <cp:revision>2</cp:revision>
  <dcterms:created xsi:type="dcterms:W3CDTF">2026-07-01T15:37:00Z</dcterms:created>
  <dcterms:modified xsi:type="dcterms:W3CDTF">2026-07-01T15:37:00Z</dcterms:modified>
  <cp:category/>
</cp:coreProperties>
</file>